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הצביון הדתי ביישוב היהודי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"הצביון הדתי ביישוב היהודי":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https://historia-et-hachadasha.sites.tab.bot/video-tzivyon.html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פולמוס השמיטה הראשון – תרמ״ט 1888–1889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הרב קוק עלה ליפו ב-1904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ייסוד 'הקיבוץ הדתי' – 1935; עלייה לקרקע של טירת צבי – 1937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הרב יעקב מאיר 1856–1939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שמואל חיים לנדאו 1892–1928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מכתב הסטטוס קוו – יוני 1947, נוסח הסעיפים מעובד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הקהילות היהודיות שחיו בארץ לפני העליות הציוניות, ברובן דתיות, בערי הקודש.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הציבור היהודי שהתיישב בארץ מ-1882 ואילך מתוך מטרה לבנות חיים לאומיים חדשים.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הרב אברהם יצחק הכהן קוק, הרב יעקב מאיר, הרב יצחק יעקב ריינס; מושגים: היישוב הישן, היישוב החדש, החלוקה.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הרב אברהם יצחק הכהן קוק, הרב יעקב מאיר, הרב יצחק יעקב ריינס; מושגים: היישוב הישן, היישוב החדש, החלוקה.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1921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1888–1889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מתחים בין המסורת לחלוציות בשאלות של שבת, שמיטה וחינוך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'היתר המכירה' ופולמוס רבני סביבו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הקמת 'המזרחי', 'הפועל המזרחי' והקיבוצים הדתיים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הקמת הרבנות הראשית ובתי הדין הרבניים (1921)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הצביון הדתי ביישוב היהודי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"הצביון הדתי ביישוב היהודי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המשמעות של 'מרחב ציבורי'?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"היישוב הישן"?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תנועת הציונות הדתית שנוסדה ב-1902.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הקהילות היהודיות שחיו בארץ לפני העליות הציוניות, ברובן דתיות, בערי הקודש.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רשתות חינוך נפרדות ביישוב לפי השקפות: העובדים, הכללי, המזרחי והחרדי.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תנועה חרדית שנוסדה ב-1912 ולא הצטרפה להסתדרות הציונית.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"היישוב החדש"?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מכתב מ-1947 שקבע הסדרים בענייני שבת, כשרות, אישות וחינוך לקראת המדינה.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הציבור היהודי שהתיישב בארץ מ-1882 ואילך מתוך מטרה לבנות חיים לאומיים חדשים.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סיסמת 'הפועל המזרחי' – שילוב שמירת מצוות עם עבודה ובניין הארץ.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תנועה חרדית שנוסדה ב-1912 ולא הצטרפה להסתדרות הציונית.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שני מוסדות או תנועות דתיות שהוזכרו ותפקידם.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אילו נושאים עוררו מחלוקת בין ציבורים שונים ביישוב?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במשפט או שניים מהו 'הסטטוס קוו' ומדוע נוצר.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 קיבוצים דתיים – 'תורה ועבודה'.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ב-1921 קמה הרבנות הראשית.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1882: הקמת הרבנות הראשית לארץ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1947: פולמוס השמיטה הראשון במושבות.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היו ויכוחים על שבת, כשרות וחינוך.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העליות הציוניות הביאו ציבור שרובו ביקש לחדש את החיים היהודיים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הקמת הרבנות הראשית ובתי הדין הרבניים (1921)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שנת השמיטה העמידה את המושבות החקלאיות בסכנה כלכלית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מתחים בין המסורת לחלוציות בשאלות של שבת, שמיטה וחינוך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שאיפה לשלב ציונות ושמירת מצוות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הקמת 'המזרחי', 'הפועל המזרחי' והקיבוצים הדתיים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שלטון המנדט המשיך את השיטה העות'מאנית של סמכות דתית בענייני אישות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'היתר המכירה' ופולמוס רבני סביבו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היתרונות והחסרונות של 'פשרה' בין קבוצות עם השקפות שונות?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הצביון הדתי ביישוב היהודי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